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4"/>
        </w:rPr>
        <w:t>УТВЕРЖДАЮ</w:t>
        <w:br/>
        <w:t>Руководитель ___________________________</w:t>
        <w:br/>
        <w:t>(наименование субъекта КИИ)</w:t>
        <w:br/>
        <w:t>_______________ / _____________________ /</w:t>
        <w:br/>
        <w:t>«___» ______________ 20___ г.</w:t>
      </w:r>
    </w:p>
    <w:p>
      <w:pPr>
        <w:spacing w:after="120"/>
      </w:pPr>
      <w:r>
        <w:rPr>
          <w:b w:val="0"/>
        </w:rPr>
      </w:r>
    </w:p>
    <w:p>
      <w:pPr>
        <w:spacing w:after="40"/>
        <w:jc w:val="center"/>
      </w:pPr>
      <w:r>
        <w:rPr>
          <w:b/>
          <w:sz w:val="28"/>
        </w:rPr>
        <w:t>АКТ КАТЕГОРИРОВАНИЯ</w:t>
      </w:r>
    </w:p>
    <w:p>
      <w:pPr>
        <w:spacing w:after="40"/>
        <w:jc w:val="center"/>
      </w:pPr>
      <w:r>
        <w:rPr>
          <w:b w:val="0"/>
        </w:rPr>
        <w:t>объекта критической информационной инфраструктуры</w:t>
      </w:r>
    </w:p>
    <w:p>
      <w:pPr>
        <w:spacing w:after="40"/>
        <w:jc w:val="center"/>
      </w:pPr>
      <w:r>
        <w:rPr>
          <w:b w:val="0"/>
        </w:rPr>
        <w:t>_______________________________________________</w:t>
      </w:r>
    </w:p>
    <w:p>
      <w:pPr>
        <w:spacing w:after="280"/>
        <w:jc w:val="center"/>
      </w:pPr>
      <w:r>
        <w:rPr>
          <w:b w:val="0"/>
          <w:sz w:val="20"/>
        </w:rPr>
        <w:t>(наименование объекта КИИ)</w:t>
      </w:r>
    </w:p>
    <w:p>
      <w:r>
        <w:rPr>
          <w:sz w:val="24"/>
        </w:rPr>
        <w:t>г. ________________</w:t>
      </w:r>
      <w:r>
        <w:rPr>
          <w:sz w:val="24"/>
        </w:rPr>
        <w:tab/>
        <w:tab/>
        <w:tab/>
        <w:tab/>
        <w:t>«___» ____________ 20___ г.</w:t>
      </w:r>
    </w:p>
    <w:p>
      <w:pPr>
        <w:spacing w:after="120"/>
      </w:pPr>
      <w:r>
        <w:rPr>
          <w:b w:val="0"/>
        </w:rPr>
      </w:r>
    </w:p>
    <w:p>
      <w:pPr>
        <w:spacing w:after="160"/>
      </w:pPr>
      <w:r>
        <w:rPr>
          <w:b/>
        </w:rPr>
        <w:t>1. СВЕДЕНИЯ О СУБЪЕКТЕ КИИ</w:t>
      </w:r>
    </w:p>
    <w:p>
      <w:pPr>
        <w:spacing w:after="120"/>
      </w:pPr>
      <w:r>
        <w:rPr>
          <w:b w:val="0"/>
        </w:rPr>
        <w:t>Полное наименование: _____________________________________________</w:t>
      </w:r>
    </w:p>
    <w:p>
      <w:pPr>
        <w:spacing w:after="120"/>
      </w:pPr>
      <w:r>
        <w:rPr>
          <w:b w:val="0"/>
        </w:rPr>
        <w:t>ИНН: _____________________________________________</w:t>
      </w:r>
    </w:p>
    <w:p>
      <w:pPr>
        <w:spacing w:after="120"/>
      </w:pPr>
      <w:r>
        <w:rPr>
          <w:b w:val="0"/>
        </w:rPr>
        <w:t>ОГРН: _____________________________________________</w:t>
      </w:r>
    </w:p>
    <w:p>
      <w:pPr>
        <w:spacing w:after="120"/>
      </w:pPr>
      <w:r>
        <w:rPr>
          <w:b w:val="0"/>
        </w:rPr>
        <w:t>Юридический адрес: _____________________________________________</w:t>
      </w:r>
    </w:p>
    <w:p>
      <w:pPr>
        <w:spacing w:after="120"/>
      </w:pPr>
      <w:r>
        <w:rPr>
          <w:b w:val="0"/>
        </w:rPr>
        <w:t>Сфера (сферы) деятельности: _____________________________________________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60"/>
      </w:pPr>
      <w:r>
        <w:rPr>
          <w:b/>
        </w:rPr>
        <w:t>2. СВЕДЕНИЯ О КОМИССИИ ПО КАТЕГОРИРОВАНИЮ</w:t>
      </w:r>
    </w:p>
    <w:p>
      <w:pPr>
        <w:spacing w:after="120"/>
      </w:pPr>
      <w:r>
        <w:rPr>
          <w:b w:val="0"/>
        </w:rPr>
        <w:t>Комиссия создана приказом от «___» ____________ 20___ г. № _______</w:t>
      </w:r>
    </w:p>
    <w:p>
      <w:pPr>
        <w:spacing w:after="120"/>
      </w:pPr>
      <w:r>
        <w:rPr>
          <w:b w:val="0"/>
        </w:rPr>
        <w:t>Состав комиссии:</w:t>
      </w:r>
    </w:p>
    <w:p>
      <w:pPr>
        <w:spacing w:after="120"/>
      </w:pPr>
      <w:r>
        <w:rPr>
          <w:b w:val="0"/>
        </w:rPr>
        <w:t>Председатель — _____________________________________________</w:t>
      </w:r>
    </w:p>
    <w:p>
      <w:pPr>
        <w:spacing w:after="120"/>
      </w:pPr>
      <w:r>
        <w:rPr>
          <w:b w:val="0"/>
        </w:rPr>
        <w:t>Секретарь — _____________________________________________</w:t>
      </w:r>
    </w:p>
    <w:p>
      <w:pPr>
        <w:spacing w:after="120"/>
      </w:pPr>
      <w:r>
        <w:rPr>
          <w:b w:val="0"/>
        </w:rPr>
        <w:t>Член комиссии — _____________________________________________</w:t>
      </w:r>
    </w:p>
    <w:p>
      <w:pPr>
        <w:spacing w:after="120"/>
      </w:pPr>
      <w:r>
        <w:rPr>
          <w:b w:val="0"/>
        </w:rPr>
        <w:t>Член комиссии — _____________________________________________</w:t>
      </w:r>
    </w:p>
    <w:p>
      <w:pPr>
        <w:spacing w:after="120"/>
      </w:pPr>
      <w:r>
        <w:rPr>
          <w:b w:val="0"/>
        </w:rPr>
        <w:t>Член комиссии — _____________________________________________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60"/>
      </w:pPr>
      <w:r>
        <w:rPr>
          <w:b/>
        </w:rPr>
        <w:t>3. СВЕДЕНИЯ ОБ ОБЪЕКТЕ КИИ</w:t>
      </w:r>
    </w:p>
    <w:p>
      <w:pPr>
        <w:spacing w:after="120"/>
      </w:pPr>
      <w:r>
        <w:rPr>
          <w:b w:val="0"/>
        </w:rPr>
        <w:t>Наименование объекта: _____________________________________________</w:t>
      </w:r>
    </w:p>
    <w:p>
      <w:pPr>
        <w:spacing w:after="120"/>
      </w:pPr>
      <w:r>
        <w:rPr>
          <w:b w:val="0"/>
        </w:rPr>
        <w:t>Тип объекта (ИС / ИТКС / АСУ): _____________________________________________</w:t>
      </w:r>
    </w:p>
    <w:p>
      <w:pPr>
        <w:spacing w:after="120"/>
      </w:pPr>
      <w:r>
        <w:rPr>
          <w:b w:val="0"/>
        </w:rPr>
        <w:t>Сфера деятельности: _____________________________________________</w:t>
      </w:r>
    </w:p>
    <w:p>
      <w:pPr>
        <w:spacing w:after="120"/>
      </w:pPr>
      <w:r>
        <w:rPr>
          <w:b w:val="0"/>
        </w:rPr>
        <w:t>Размещение (адрес, площадка): _____________________________________________</w:t>
      </w:r>
    </w:p>
    <w:p>
      <w:pPr>
        <w:spacing w:after="120"/>
      </w:pPr>
      <w:r>
        <w:rPr>
          <w:b w:val="0"/>
        </w:rPr>
        <w:t>Назначение и выполняемые функции: _____________________________________________</w:t>
      </w:r>
    </w:p>
    <w:p>
      <w:pPr>
        <w:spacing w:after="120"/>
      </w:pPr>
      <w:r>
        <w:rPr>
          <w:b w:val="0"/>
        </w:rPr>
        <w:t>Обеспечиваемые критические процессы: _____________________________________________</w:t>
      </w:r>
    </w:p>
    <w:p>
      <w:pPr>
        <w:spacing w:after="120"/>
      </w:pPr>
      <w:r>
        <w:rPr>
          <w:b w:val="0"/>
        </w:rPr>
        <w:t>Взаимодействие с иными объектами КИИ: _____________________________________________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4. ОЦЕНКА ПО ПОКАЗАТЕЛЯМ КРИТЕРИЕВ ЗНАЧИМОСТИ</w:t>
      </w:r>
    </w:p>
    <w:p>
      <w:pPr>
        <w:spacing w:after="160"/>
      </w:pPr>
      <w:r>
        <w:rPr>
          <w:b w:val="0"/>
          <w:sz w:val="20"/>
        </w:rPr>
        <w:t>Оценка проводится по ВСЕМ показателям. Показатель, не применимый к объекту, не пропускается: в графе «Вывод» указывается «неприменимо» с обоснованием.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510"/>
          </w:tcPr>
          <w:p>
            <w:r/>
            <w:r>
              <w:rPr>
                <w:b/>
                <w:sz w:val="18"/>
              </w:rPr>
              <w:t>№</w:t>
            </w:r>
          </w:p>
        </w:tc>
        <w:tc>
          <w:tcPr>
            <w:tcW w:type="dxa" w:w="4082"/>
          </w:tcPr>
          <w:p>
            <w:r/>
            <w:r>
              <w:rPr>
                <w:b/>
                <w:sz w:val="18"/>
              </w:rPr>
              <w:t>Показатель критерия значимости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18"/>
              </w:rPr>
              <w:t>Фактическое значение</w:t>
            </w:r>
          </w:p>
        </w:tc>
        <w:tc>
          <w:tcPr>
            <w:tcW w:type="dxa" w:w="1928"/>
          </w:tcPr>
          <w:p>
            <w:r/>
            <w:r>
              <w:rPr>
                <w:b/>
                <w:sz w:val="18"/>
              </w:rPr>
              <w:t>Пороговое значение по ПП-127</w:t>
              <w:br/>
              <w:t>(действующая редакция)</w:t>
            </w:r>
          </w:p>
        </w:tc>
        <w:tc>
          <w:tcPr>
            <w:tcW w:type="dxa" w:w="1247"/>
          </w:tcPr>
          <w:p>
            <w:r/>
            <w:r>
              <w:rPr>
                <w:b/>
                <w:sz w:val="18"/>
              </w:rPr>
              <w:t>Вывод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Причинение ущерба жизни и здоровью людей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Прекращение или нарушение функционирования объектов жизнеобеспечения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Прекращение или нарушение функционирования транспортной инфраструктуры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4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Прекращение или нарушение функционирования сети связи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5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Прекращение или нарушение работы государственного органа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Снижение доходов федерального бюджета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7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Снижение доходов бюджета субъекта Российской Федерации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Прекращение или нарушение проведения клиентами операций / деятельности субъекта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9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Причинение ущерба субъекту КИИ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10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Вредное воздействие на окружающую среду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11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Нарушение выполнения государственного оборонного заказа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12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Нарушение функционирования пунктов управления, ВВТ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13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Нарушение управления в области обороны страны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8"/>
              </w:rPr>
              <w:t>14</w:t>
            </w:r>
          </w:p>
        </w:tc>
        <w:tc>
          <w:tcPr>
            <w:tcW w:type="dxa" w:w="4082"/>
          </w:tcPr>
          <w:p>
            <w:r/>
            <w:r>
              <w:rPr>
                <w:sz w:val="18"/>
              </w:rPr>
              <w:t>Нарушение функционирования в области правоприменения и правопорядка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after="120"/>
      </w:pPr>
      <w:r>
        <w:rPr>
          <w:b w:val="0"/>
        </w:rPr>
      </w:r>
    </w:p>
    <w:p>
      <w:pPr>
        <w:spacing w:after="200"/>
      </w:pPr>
      <w:r>
        <w:rPr>
          <w:b w:val="0"/>
          <w:sz w:val="20"/>
        </w:rPr>
        <w:t>Пороговые значения заполняются по действующей редакции постановления Правительства РФ от 08.02.2018 № 127 и отраслевых особенностей категорирования, если они установлены для вашей сферы.</w:t>
      </w:r>
    </w:p>
    <w:p>
      <w:pPr>
        <w:spacing w:after="160"/>
      </w:pPr>
      <w:r>
        <w:rPr>
          <w:b/>
        </w:rPr>
        <w:t>5. РЕЗУЛЬТАТ КАТЕГОРИРОВАНИЯ</w:t>
      </w:r>
    </w:p>
    <w:p>
      <w:pPr>
        <w:spacing w:after="120"/>
      </w:pPr>
      <w:r>
        <w:rPr>
          <w:b w:val="0"/>
        </w:rPr>
        <w:t>На основании оценки по показателям критериев значимости объекту КИИ</w:t>
      </w:r>
    </w:p>
    <w:p>
      <w:pPr>
        <w:spacing w:after="120"/>
      </w:pPr>
      <w:r>
        <w:rPr>
          <w:b w:val="0"/>
        </w:rPr>
        <w:t xml:space="preserve"> _____________________________________________</w:t>
      </w:r>
    </w:p>
    <w:p>
      <w:pPr>
        <w:spacing w:after="120"/>
      </w:pPr>
      <w:r>
        <w:rPr>
          <w:b w:val="0"/>
        </w:rPr>
        <w:t>присвоена категория значимости: ________   /   категория значимости не присвоена (нужное оставить)</w:t>
      </w:r>
    </w:p>
    <w:p>
      <w:pPr>
        <w:spacing w:after="120"/>
      </w:pPr>
      <w:r>
        <w:rPr>
          <w:b w:val="0"/>
        </w:rPr>
        <w:t>Показатели, по которым принято решение: 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60"/>
      </w:pPr>
      <w:r>
        <w:rPr>
          <w:b/>
        </w:rPr>
        <w:t>Подписи членов комиссии:</w:t>
      </w:r>
    </w:p>
    <w:p>
      <w:pPr>
        <w:spacing w:after="120"/>
      </w:pPr>
      <w:r>
        <w:rPr>
          <w:b w:val="0"/>
        </w:rPr>
        <w:t>Председатель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Секретарь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Член комиссии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Член комиссии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Член комиссии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</w:rPr>
        <w:t>Дата составления акта: «___» ____________ 20___ г.</w:t>
      </w:r>
    </w:p>
    <w:p>
      <w:r>
        <w:br w:type="page"/>
      </w:r>
    </w:p>
    <w:p>
      <w:pPr>
        <w:spacing w:after="200"/>
        <w:jc w:val="right"/>
      </w:pPr>
      <w:r>
        <w:rPr>
          <w:b/>
          <w:sz w:val="20"/>
        </w:rPr>
        <w:t>ПРИЛОЖЕНИЕ 1</w:t>
      </w:r>
    </w:p>
    <w:p>
      <w:pPr>
        <w:spacing w:after="40"/>
        <w:jc w:val="center"/>
      </w:pPr>
      <w:r>
        <w:rPr>
          <w:b/>
          <w:sz w:val="26"/>
        </w:rPr>
        <w:t>ПРОТОКОЛ № _____</w:t>
      </w:r>
    </w:p>
    <w:p>
      <w:pPr>
        <w:spacing w:after="40"/>
        <w:jc w:val="center"/>
      </w:pPr>
      <w:r>
        <w:rPr>
          <w:b w:val="0"/>
        </w:rPr>
        <w:t>заседания комиссии по категорированию объектов</w:t>
      </w:r>
    </w:p>
    <w:p>
      <w:pPr>
        <w:spacing w:after="240"/>
        <w:jc w:val="center"/>
      </w:pPr>
      <w:r>
        <w:rPr>
          <w:b w:val="0"/>
        </w:rPr>
        <w:t>критической информационной инфраструктуры</w:t>
      </w:r>
    </w:p>
    <w:p>
      <w:r>
        <w:t>г. ________________</w:t>
      </w:r>
      <w:r>
        <w:tab/>
        <w:tab/>
        <w:tab/>
        <w:tab/>
        <w:t>«___» ____________ 20___ г.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Присутствовали:</w:t>
      </w:r>
    </w:p>
    <w:p>
      <w:pPr>
        <w:spacing w:after="120"/>
      </w:pPr>
      <w:r>
        <w:rPr>
          <w:b w:val="0"/>
        </w:rPr>
        <w:t>Председатель — _____________________________________________</w:t>
      </w:r>
    </w:p>
    <w:p>
      <w:pPr>
        <w:spacing w:after="120"/>
      </w:pPr>
      <w:r>
        <w:rPr>
          <w:b w:val="0"/>
        </w:rPr>
        <w:t>Секретарь — _____________________________________________</w:t>
      </w:r>
    </w:p>
    <w:p>
      <w:pPr>
        <w:spacing w:after="120"/>
      </w:pPr>
      <w:r>
        <w:rPr>
          <w:b w:val="0"/>
        </w:rPr>
        <w:t>Член комиссии — _____________________________________________</w:t>
      </w:r>
    </w:p>
    <w:p>
      <w:pPr>
        <w:spacing w:after="120"/>
      </w:pPr>
      <w:r>
        <w:rPr>
          <w:b w:val="0"/>
        </w:rPr>
        <w:t>Член комиссии — _____________________________________________</w:t>
      </w:r>
    </w:p>
    <w:p>
      <w:pPr>
        <w:spacing w:after="120"/>
      </w:pPr>
      <w:r>
        <w:rPr>
          <w:b w:val="0"/>
        </w:rPr>
        <w:t>Член комиссии — _____________________________________________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ПОВЕСТКА ДНЯ:</w:t>
      </w:r>
    </w:p>
    <w:p>
      <w:pPr>
        <w:spacing w:after="120"/>
      </w:pPr>
      <w:r>
        <w:rPr>
          <w:b w:val="0"/>
        </w:rPr>
        <w:t>Категорирование объекта КИИ 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СЛУШАЛИ:</w:t>
      </w:r>
    </w:p>
    <w:p>
      <w:pPr>
        <w:spacing w:after="120"/>
      </w:pPr>
      <w:r>
        <w:rPr>
          <w:b w:val="0"/>
        </w:rPr>
        <w:t>______________________________________________________________________</w:t>
      </w:r>
    </w:p>
    <w:p>
      <w:pPr>
        <w:spacing w:after="120"/>
      </w:pPr>
      <w:r>
        <w:rPr>
          <w:b w:val="0"/>
        </w:rPr>
        <w:t>______________________________________________________________________</w:t>
      </w:r>
    </w:p>
    <w:p>
      <w:pPr>
        <w:spacing w:after="120"/>
      </w:pPr>
      <w:r>
        <w:rPr>
          <w:b w:val="0"/>
        </w:rPr>
        <w:t>______________________________________________________________________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  <w:sz w:val="20"/>
        </w:rPr>
        <w:t>Результаты оценки по показателям критериев значимости приведены в акте категорирования от «___» __________ 20___ г.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РЕШИЛИ:</w:t>
      </w:r>
    </w:p>
    <w:p>
      <w:pPr>
        <w:spacing w:after="120"/>
      </w:pPr>
      <w:r>
        <w:rPr>
          <w:b w:val="0"/>
        </w:rPr>
        <w:t>Присвоить объекту КИИ ______________________________ категорию значимости ______</w:t>
      </w:r>
    </w:p>
    <w:p>
      <w:pPr>
        <w:spacing w:after="120"/>
      </w:pPr>
      <w:r>
        <w:rPr>
          <w:b w:val="0"/>
        </w:rPr>
        <w:t>на основании показателей № ______________________________</w:t>
      </w:r>
    </w:p>
    <w:p>
      <w:pPr>
        <w:spacing w:after="120"/>
      </w:pPr>
      <w:r>
        <w:rPr>
          <w:b w:val="0"/>
        </w:rPr>
        <w:t>(либо: категорию значимости не присваивать — нужное оставить)</w:t>
      </w:r>
    </w:p>
    <w:p>
      <w:pPr>
        <w:spacing w:after="120"/>
      </w:pPr>
      <w:r>
        <w:rPr>
          <w:b w:val="0"/>
        </w:rPr>
      </w:r>
    </w:p>
    <w:p>
      <w:pPr>
        <w:spacing w:after="240"/>
      </w:pPr>
      <w:r>
        <w:rPr>
          <w:b w:val="0"/>
        </w:rPr>
        <w:t>Голосование: «за» ____, «против» ____, «воздержались» ____</w:t>
      </w:r>
    </w:p>
    <w:p>
      <w:pPr>
        <w:spacing w:after="160"/>
      </w:pPr>
      <w:r>
        <w:rPr>
          <w:b/>
        </w:rPr>
        <w:t>Подписи:</w:t>
      </w:r>
    </w:p>
    <w:p>
      <w:pPr>
        <w:spacing w:after="120"/>
      </w:pPr>
      <w:r>
        <w:rPr>
          <w:b w:val="0"/>
        </w:rPr>
        <w:t>Председатель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Секретарь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Член комиссии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Член комиссии</w:t>
        <w:tab/>
        <w:tab/>
        <w:t>_______________ / _______________________ /</w:t>
      </w:r>
    </w:p>
    <w:p>
      <w:pPr>
        <w:spacing w:after="120"/>
      </w:pPr>
      <w:r>
        <w:rPr>
          <w:b w:val="0"/>
        </w:rPr>
        <w:t>Член комиссии</w:t>
        <w:tab/>
        <w:tab/>
        <w:t>_______________ / _______________________ /</w:t>
      </w:r>
    </w:p>
    <w:p>
      <w:r>
        <w:br w:type="page"/>
      </w:r>
    </w:p>
    <w:p>
      <w:pPr>
        <w:spacing w:after="200"/>
      </w:pPr>
      <w:r>
        <w:rPr>
          <w:b/>
          <w:sz w:val="24"/>
        </w:rPr>
        <w:t>ПАМЯТКА: ошибки, из-за которых сведения возвращают на доработку</w:t>
      </w:r>
    </w:p>
    <w:p>
      <w:pPr>
        <w:spacing w:after="120"/>
      </w:pPr>
      <w:r>
        <w:t>1. Оценены не все показатели. Правила требуют оценки по всем четырнадцати. Неприменимый показатель отмечается как «неприменимо» с обоснованием, а не пропускается.</w:t>
      </w:r>
    </w:p>
    <w:p>
      <w:pPr>
        <w:spacing w:after="120"/>
      </w:pPr>
      <w:r>
        <w:t>2. Нет обоснования значения. Голая цифра без расчёта или ссылки на источник данных не принимается.</w:t>
      </w:r>
    </w:p>
    <w:p>
      <w:pPr>
        <w:spacing w:after="120"/>
      </w:pPr>
      <w:r>
        <w:t>3. Не указаны обеспечиваемые критические процессы — без них невозможно проверить связь объекта с процессом.</w:t>
      </w:r>
    </w:p>
    <w:p>
      <w:pPr>
        <w:spacing w:after="120"/>
      </w:pPr>
      <w:r>
        <w:t>4. Расходятся данные акта и формы сведений, направляемой во ФСТЭК: наименование объекта, категория, дата.</w:t>
      </w:r>
    </w:p>
    <w:p>
      <w:pPr>
        <w:spacing w:after="120"/>
      </w:pPr>
      <w:r>
        <w:t>5. Не указана редакция ПП-127 и отраслевое постановление для своей сферы, если оно есть.</w:t>
      </w:r>
    </w:p>
    <w:p>
      <w:pPr>
        <w:spacing w:after="120"/>
      </w:pPr>
      <w:r>
        <w:t>6. Отсутствует приказ о создании комиссии или подписи части членов комиссии.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  <w:sz w:val="18"/>
        </w:rPr>
        <w:t>Документ подготовлен КиберОснова (sgrc.cyberosnova.ru) как шаблон для самостоятельного заполнения. Перед подачей сведений сверьте пороговые значения с действующей редакцией ПП-127 и отраслевыми особенностями категорирования вашей сферы.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